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מאמהרית וגעז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עבריות מרכזיות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 מאמהרית וגעז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מנהיג דתי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התורה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סל-שולחן ארוג שיושבים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לחם רך ושטוח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צעיף כותנה לבן עם שוליים רקומים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עבריות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(רצון חזק לחזור למקום או לאדם אהוב)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(הסכם והתחייבות הדדית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לאכול ולא לשתות לזמן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קשורים באמונה או בתרבות)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משותף לעברית וארמית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אורית הוא ספר התורה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אוכלים אותו בידיים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שתי מילים נכונות עם משמעותן, ותסביר רעיון כמו שמירה על זהות, מסורת וקשר לשורשים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מסוב הוא סל-שולחן, דאבו הוא לחם חגיגי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במילה שנבחרה, יש לבדוק דיוק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להזמין תלמידים דוברי אמהרית לעזור בהגייה נכונה של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הדגמה של תמונות או חפצים (כמו סל מסוב)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עם צרכים מיוחדים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בחג הסיגד יש מילים מיוחדות שהגיעו משפות הקהילה האתיופית - אמהרית וגעז, וגם מילים עבריות שמתארות רגשות ומושגים חשובים בסיפור של אלמז. בדף הזה נתרגל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אורית  ·  קסים  ·  מסוב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מילים מאמהרית וגעז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קס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מנהיג דתי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אורית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התורה בשפת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סל קש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מסוב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סל-שולחן ארוג שיושבים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אינג'רה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 רך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תוף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6. נתלה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צעיף כותנה לבן עם שוליים רקומים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לחם חגיגי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מילים עבריות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הסכם והתחייבות הדדית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לאכול ולא לשתות לזמן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אנשים קשורים באמונה או 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 חזק לחזור למקום או לאדם אהוב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סיגד מגיעה מהשורש ס-ג-ד כמו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אורית הוא שם של ריקוד מסורתי.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אינג'רה הוא לחם שאוכלים בעזרת כפות וסכינים.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של הקהילה האתיופית הם מנהיגים דתיים שמובילים את התפילה.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ספר התורה הכתוב בשפת געז.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בחג אוכלים יחד מסביב לסל הקרוי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שתיים מהמילים מאמהרית או מגעז שלמדתם, והסבירו במילים שלכם למה לדעתכם חשוב לשמר מילים כאלה בתוך סיפור או בחג.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מסוב לדאבו?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משמעות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