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מסע הסיגד – הסיפור של אלמז 🌾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מחג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מאמהרית וגעז הקשורות לחג הסיגד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משמעות מילים עבריות מרכזיות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נכון במילים החדשות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מילים מאמהרית וגעז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השתחוויה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מנהיג דתי בקהילה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ספר התורה בשפת געז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בית 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סל-שולחן ארוג שיושבים סביבו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לחם רך ושטוח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לחם עגול וחגיגי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ב – צעיף כותנה לבן עם שוליים רקומים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9. א – ריקוד שבו מניעים את הכתפיים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10. א – תוף גדול שמלווה שירה וריקודים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11. ב – אמסגנלהו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12. א – סלאם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התאמת מילים עבריות למשמעותן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(רצון חזק לחזור למקום או לאדם אהוב)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(הסכם והתחייבות הדדית לאורך זמן)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(לא לאכול ולא לשתות לזמן מסוים)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(קבוצת אנשים קשורים באמונה או בתרבות)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(הגעה לגור בארץ ישראל)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(מנהגים וידע שעוברים מדור לדור)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השורש משותף לעברית וארמית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אורית הוא ספר התורה בשפת געז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אוכלים אותו בידיים 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מוגדרת המילה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ענווה היא צניעות, ההפך מתחושת עליונות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כך מוגדר בדף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מסוב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געגוע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קהילה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עליה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ועיבוד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תזכיר שתי מילים נכונות עם משמעותן, ותסביר רעיון כמו שמירה על זהות, מסורת וקשר לשורשים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שמראה הבנה נכונה של שתי המילים בהקשר של חיבור למשפחה או למקום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מסוב הוא סל-שולחן, דאבו הוא לחם חגיגי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השתחוויה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תלויה במילה שנבחרה, יש לבדוק דיוק ההסבר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להזמין תלמידים דוברי אמהרית לעזור בהגייה נכונה של המילים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לשלב הדגמה של תמונות או חפצים (כמו סל מסוב) להמחשה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לוותר על הפריטים המסומנים skip_n בכיתות עם צרכים מיוחדים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מסע הסיגד – הסיפור של אלמז 🌾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מחג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בחג הסיגד יש מילים מיוחדות. חלק מהמילים באות משפה של אתיופיה. חלק מהמילים בעברית. נלמד מה המילים האלה אומרות.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סיגד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החג; פירושו השתחוויה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מנהיג דתי בקהילה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אורית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ספר התורה בשפת געז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מסוב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סל-שולחן ארוג לאכילה משותפת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אינג'רה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לחם רך ושטוח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געגוע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רצון חזק לחזור למקום או לאדם אהוב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ברית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הסכם והתחייבות הדדית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עליה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הגעה לגור בארץ ישראל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מילים מאמהרית וגעז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הפירוש של 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השתחוויה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ריקוד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זה קס?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לחם חגיגי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תוף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מנהיג דתי בקהילה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צעיף לבן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זה אורית?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ספר התורה בשפת געז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סל קש לאכילה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ריקוד מסורתי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ברכת שלום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הפירוש של ביתא 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בית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לחם שבת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צעיף רקום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זה מסוב?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סל-שולחן ארוג שיושבים סביבו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תוף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ריקוד כתפיים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ברכת תודה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זה אינג'רה?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לחם רך ושטוח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צעיף לבן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תוף חגיגי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סל קש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מה זה דאבו?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ריקוד מסורתי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לחם עגול וחגיגי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כלי נגינה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בגד לבן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מה זה נתלה?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תוף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צעיף כותנה לבן עם שוליים רקומים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לחם חגיגי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ריקוד כתפיים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9. מה זה אסקיסטה?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ריקוד שבו מניעים את הכתפיים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לחם 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תוף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ברכת שלום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10. מה זה כברו?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תוף גדול שמלווה שירה וריקודים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לחם חגיגי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צעיף לבן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ספר תורה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11. מה זה אמסגנלהו?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סלאם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אמסגנלהו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איירוסלם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סיגד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12. מה זה סלאם?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סלאם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נתלה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התאמת מילים עבריות למשמעותן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געגוע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קבוצת אנשים קשורים באמונה או בתרבות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הגעה לגור בארץ ישראל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צום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רצון חזק לחזור למקום או לאדם אהוב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קהילה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לא לאכול ולא לשתות לזמן מסוים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עליה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מנהגים וידע שעוברים מדור לדור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מסורת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הסכם והתחייבות הדדית לאורך זמן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סיגד מגיעה מהשורש ס-ג-ד כמו בעברית.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אורית הוא שם של ריקוד מסורתי.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אינג'רה הוא לחם שאוכלים בעזרת כפות וסכינים.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כמיהה היא רצון עמוק מאוד, כמעט כמו צמא.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ענווה פירושה להרגיש מעל אחרים.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קס הוא מנהיג דתי שמוביל את התפילה בחג.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של הקהילה האתיופית הם מנהיגים דתיים שמובילים את התפילה.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ה__________ הוא ספר התורה הכתוב בשפת געז.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בחג אוכלים יחד מסביב לסל הקרוי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רגש של רצון חזק לחזור למקום אהוב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קבוצת אנשים הקשורים באמונה ובתרבות משותפת נקראת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הגעה לגור בארץ ישראל נקראת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ועיבוד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שתיים מהמילים מאמהרית או מגעז שלמדתם, והסבירו במילים שלכם למה לדעתכם חשוב לשמר מילים כאלה בתוך סיפור או בחג.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קצר המשתמש נכון במילה 'כמיהה' ובמילה 'שורשים'.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מסוב לדאבו?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משמעות המילה סיגד?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עברית אחת מהרשימה והסבירו את פירושה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מילים מחג הסיגד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