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מאמהרית וגעז הקשורות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עבריות מרכזיות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החדשות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 מאמהרית וגעז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מנהיג דתי בקהילה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ספר התורה בשפת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סל-שולחן ארוג שיושבים סביבו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לחם רך ושטוח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לחם עגול וחגיגי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צעיף כותנה לבן עם שוליים רקומים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א – ריקוד שבו מניעים את הכתפיים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א – תוף גדול שמלווה שירה וריקודים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11. ב – אמסגנלהו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12. א – סלאם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מילים עבריות למשמעותן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(רצון חזק לחזור למקום או לאדם אהוב)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(הסכם והתחייבות הדדית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(לא לאכול ולא לשתות לזמן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(קבוצת אנשים קשורים באמונה או בתרבות)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(הגעה לגור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(מנהגים וידע שעוברים מדור לדור)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משותף לעברית וארמית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אורית הוא ספר התורה בשפת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אוכלים אותו בידיים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מוגדרת המילה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ענווה היא צניעות, ההפך מתחושת עליונות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מוגדר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ועיבוד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שתי מילים נכונות עם משמעותן, ותסביר רעיון כמו שמירה על זהות, מסורת וקשר לשורשים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שמראה הבנה נכונה של שתי המילים בהקשר של חיבור למשפחה או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מסוב הוא סל-שולחן, דאבו הוא לחם חגיגי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תלויה במילה שנבחרה, יש לבדוק דיוק ההסבר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להזמין תלמידים דוברי אמהרית לעזור בהגייה נכונה של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הדגמה של תמונות או חפצים (כמו סל מסוב)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עם צרכים מיוחדים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הסיגד יש מילים מיוחדות שהגיעו משפות הקהילה האתיופית - אמהרית וגעז, וגם מילים עבריות שמתארות רגשות ומושגים חשובים בסיפור של אלמז. בדף הזה נתרגל את המילים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מילים מאמהרית וגעז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קס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מנהיג דתי בקהילה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צעיף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אורית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התורה בשפת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סל קש לאכילה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ברכת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המשמעות של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צעיף רקום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מסוב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סל-שולחן ארוג שיושבים סביבו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 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ברכת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אינג'רה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 רך ושטוח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צעיף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תוף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 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דאבו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עגול וחגיגי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נתלה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צעיף כותנה לבן עם שוליים רקומים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 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אסקיסטה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 שבו מניעים את הכתפיים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ברכת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כברו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תוף גדול שמלווה שירה וריקודים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צעיף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11. איך אומרים 'תודה' באמהרית?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אמסגנלהו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איירוסלם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12. איך אומרים 'שלום' באמהרית?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מילים עבריות למשמעותן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מנהגים וידע שעוברים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הגעה לגור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רצון חזק לחזור למקום או לאדם אהוב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הסכם והתחייבות הדדית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לאכול ולא לשתות לזמן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קבוצת אנשים קשורים באמונה או בתרבות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סיגד מגיעה מהשורש ס-ג-ד כמו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אורית הוא שם של ריקוד מסורתי.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אינג'רה הוא לחם שאוכלים בעזרת כפות וסכינים.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כמיהה היא רצון עמוק מאוד, כמעט כמו צמא.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ענווה פירושה להרגיש מעל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 הוא מנהיג דתי שמוביל את התפילה בחג.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של הקהילה האתיופית הם מנהיגים דתיים שמובילים את התפילה.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ספר התורה הכתוב בשפת געז.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בחג אוכלים יחד מסביב לסל הקרוי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רגש של רצון חזק לחזור למקום אהוב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קבוצת אנשים הקשורים באמונה ובתרבות משותפת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הגעה לגור בארץ ישראל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ועיבוד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מהמילים מאמהרית או מגעז שלמדתם, והסבירו במילים שלכם למה לדעתכם חשוב לשמר מילים כאלה בתוך סיפור או בחג.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המשתמש נכון במילה 'כמיהה' ובמילה 'שורשים'.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מסוב לדאבו?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עברית אחת מהרשימה והסבירו את פירושה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